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C5035" w14:textId="77777777" w:rsidR="00D562E7" w:rsidRDefault="00000000" w:rsidP="00117B19">
      <w:pPr>
        <w:pStyle w:val="Heading1"/>
        <w:jc w:val="center"/>
        <w:rPr>
          <w:lang w:val="it-IT"/>
        </w:rPr>
      </w:pPr>
      <w:r w:rsidRPr="00117B19">
        <w:rPr>
          <w:lang w:val="it-IT"/>
        </w:rPr>
        <w:t>DELEGAȚIE</w:t>
      </w:r>
    </w:p>
    <w:p w14:paraId="291FAA3F" w14:textId="77777777" w:rsidR="00117B19" w:rsidRPr="00117B19" w:rsidRDefault="00117B19" w:rsidP="00117B19">
      <w:pPr>
        <w:rPr>
          <w:lang w:val="it-IT"/>
        </w:rPr>
      </w:pPr>
    </w:p>
    <w:p w14:paraId="12B5D4FB" w14:textId="64B85FAC" w:rsidR="00117B19" w:rsidRPr="00117B19" w:rsidRDefault="00000000" w:rsidP="00117B19">
      <w:pPr>
        <w:jc w:val="right"/>
        <w:rPr>
          <w:lang w:val="it-IT"/>
        </w:rPr>
      </w:pPr>
      <w:r w:rsidRPr="00117B19">
        <w:rPr>
          <w:lang w:val="it-IT"/>
        </w:rPr>
        <w:t>Nr. ________/Data: ___/___/20</w:t>
      </w:r>
      <w:r w:rsidR="00117B19">
        <w:rPr>
          <w:lang w:val="it-IT"/>
        </w:rPr>
        <w:t>25</w:t>
      </w:r>
      <w:r w:rsidRPr="00117B19">
        <w:rPr>
          <w:lang w:val="it-IT"/>
        </w:rPr>
        <w:br/>
      </w:r>
    </w:p>
    <w:p w14:paraId="6AE34C62" w14:textId="03DF62DA" w:rsidR="00D562E7" w:rsidRPr="00117B19" w:rsidRDefault="00000000">
      <w:pPr>
        <w:rPr>
          <w:lang w:val="it-IT"/>
        </w:rPr>
      </w:pPr>
      <w:r w:rsidRPr="00117B19">
        <w:rPr>
          <w:lang w:val="it-IT"/>
        </w:rPr>
        <w:t xml:space="preserve">Societatea Comercială: </w:t>
      </w:r>
      <w:r w:rsidR="00117B19">
        <w:rPr>
          <w:lang w:val="it-IT"/>
        </w:rPr>
        <w:t>__________________________________</w:t>
      </w:r>
    </w:p>
    <w:p w14:paraId="2CF63CAB" w14:textId="77777777" w:rsidR="00D562E7" w:rsidRPr="00117B19" w:rsidRDefault="00000000">
      <w:pPr>
        <w:rPr>
          <w:lang w:val="it-IT"/>
        </w:rPr>
      </w:pPr>
      <w:r w:rsidRPr="00117B19">
        <w:rPr>
          <w:lang w:val="it-IT"/>
        </w:rPr>
        <w:t>Sediul social: _______________________________________</w:t>
      </w:r>
    </w:p>
    <w:p w14:paraId="7D8249B4" w14:textId="77777777" w:rsidR="00D562E7" w:rsidRPr="00117B19" w:rsidRDefault="00000000">
      <w:pPr>
        <w:rPr>
          <w:lang w:val="it-IT"/>
        </w:rPr>
      </w:pPr>
      <w:r w:rsidRPr="00117B19">
        <w:rPr>
          <w:lang w:val="it-IT"/>
        </w:rPr>
        <w:t>CUI: _______________________</w:t>
      </w:r>
    </w:p>
    <w:p w14:paraId="0A527994" w14:textId="77777777" w:rsidR="00D562E7" w:rsidRPr="00117B19" w:rsidRDefault="00000000">
      <w:pPr>
        <w:rPr>
          <w:lang w:val="it-IT"/>
        </w:rPr>
      </w:pPr>
      <w:r w:rsidRPr="00117B19">
        <w:rPr>
          <w:lang w:val="it-IT"/>
        </w:rPr>
        <w:t>Nr. înreg. Reg. Comerțului: J____/____/____</w:t>
      </w:r>
    </w:p>
    <w:p w14:paraId="190EC78F" w14:textId="77777777" w:rsidR="00D562E7" w:rsidRPr="00117B19" w:rsidRDefault="00000000">
      <w:pPr>
        <w:rPr>
          <w:lang w:val="it-IT"/>
        </w:rPr>
      </w:pPr>
      <w:r w:rsidRPr="00117B19">
        <w:rPr>
          <w:lang w:val="it-IT"/>
        </w:rPr>
        <w:t>Telefon / Email: ____________________________________</w:t>
      </w:r>
      <w:r w:rsidRPr="00117B19">
        <w:rPr>
          <w:lang w:val="it-IT"/>
        </w:rPr>
        <w:br/>
      </w:r>
    </w:p>
    <w:p w14:paraId="670A738B" w14:textId="77777777" w:rsidR="00D562E7" w:rsidRPr="00117B19" w:rsidRDefault="00000000">
      <w:pPr>
        <w:rPr>
          <w:lang w:val="it-IT"/>
        </w:rPr>
      </w:pPr>
      <w:r w:rsidRPr="00117B19">
        <w:rPr>
          <w:lang w:val="it-IT"/>
        </w:rPr>
        <w:t>Prin prezenta, îl împuternicim pe:</w:t>
      </w:r>
      <w:r w:rsidRPr="00117B19">
        <w:rPr>
          <w:lang w:val="it-IT"/>
        </w:rPr>
        <w:br/>
      </w:r>
    </w:p>
    <w:p w14:paraId="16FF76FD" w14:textId="77777777" w:rsidR="00D562E7" w:rsidRPr="00117B19" w:rsidRDefault="00000000">
      <w:pPr>
        <w:rPr>
          <w:lang w:val="it-IT"/>
        </w:rPr>
      </w:pPr>
      <w:r w:rsidRPr="00117B19">
        <w:rPr>
          <w:lang w:val="it-IT"/>
        </w:rPr>
        <w:t>- Nume și prenume: ___________________________________</w:t>
      </w:r>
    </w:p>
    <w:p w14:paraId="61847311" w14:textId="77777777" w:rsidR="00D562E7" w:rsidRPr="00117B19" w:rsidRDefault="00000000">
      <w:pPr>
        <w:rPr>
          <w:lang w:val="it-IT"/>
        </w:rPr>
      </w:pPr>
      <w:r w:rsidRPr="00117B19">
        <w:rPr>
          <w:lang w:val="it-IT"/>
        </w:rPr>
        <w:t>- CNP: ____________________________</w:t>
      </w:r>
    </w:p>
    <w:p w14:paraId="313F44FE" w14:textId="77777777" w:rsidR="00D562E7" w:rsidRPr="00117B19" w:rsidRDefault="00000000">
      <w:pPr>
        <w:rPr>
          <w:lang w:val="it-IT"/>
        </w:rPr>
      </w:pPr>
      <w:r w:rsidRPr="00117B19">
        <w:rPr>
          <w:lang w:val="it-IT"/>
        </w:rPr>
        <w:t>- Serie și nr. CI: _______ nr. __________ eliberat de _______ la data de ___/___/____</w:t>
      </w:r>
    </w:p>
    <w:p w14:paraId="63469ABD" w14:textId="390A6449" w:rsidR="00D562E7" w:rsidRPr="00117B19" w:rsidRDefault="00000000">
      <w:pPr>
        <w:rPr>
          <w:lang w:val="it-IT"/>
        </w:rPr>
      </w:pPr>
      <w:r w:rsidRPr="00117B19">
        <w:rPr>
          <w:lang w:val="it-IT"/>
        </w:rPr>
        <w:t>- Adresa: _____________________________________________</w:t>
      </w:r>
    </w:p>
    <w:p w14:paraId="26AB3607" w14:textId="3DDF4297" w:rsidR="00D562E7" w:rsidRPr="00117B19" w:rsidRDefault="00000000">
      <w:pPr>
        <w:rPr>
          <w:lang w:val="it-IT"/>
        </w:rPr>
      </w:pPr>
      <w:r w:rsidRPr="00117B19">
        <w:rPr>
          <w:lang w:val="it-IT"/>
        </w:rPr>
        <w:t>să ne reprezinte în relația cu _____________________________</w:t>
      </w:r>
      <w:r w:rsidR="00117B19">
        <w:rPr>
          <w:lang w:val="it-IT"/>
        </w:rPr>
        <w:t xml:space="preserve"> S.C. REMAT CLUJ S.A.</w:t>
      </w:r>
      <w:r w:rsidRPr="00117B19">
        <w:rPr>
          <w:lang w:val="it-IT"/>
        </w:rPr>
        <w:t>, în scopul ridicării de deșeuri feroase, evaluării cantității și calității acestora, semnării documentelor aferente (</w:t>
      </w:r>
      <w:r w:rsidR="00117B19" w:rsidRPr="00117B19">
        <w:rPr>
          <w:lang w:val="it-IT"/>
        </w:rPr>
        <w:t>comandă</w:t>
      </w:r>
      <w:r w:rsidR="00117B19">
        <w:rPr>
          <w:lang w:val="it-IT"/>
        </w:rPr>
        <w:t>,</w:t>
      </w:r>
      <w:r w:rsidRPr="00117B19">
        <w:rPr>
          <w:lang w:val="it-IT"/>
        </w:rPr>
        <w:t xml:space="preserve">aviz, </w:t>
      </w:r>
      <w:r w:rsidR="00117B19">
        <w:rPr>
          <w:lang w:val="it-IT"/>
        </w:rPr>
        <w:t xml:space="preserve">factura, </w:t>
      </w:r>
      <w:r w:rsidRPr="00117B19">
        <w:rPr>
          <w:lang w:val="it-IT"/>
        </w:rPr>
        <w:t>proces-verbal</w:t>
      </w:r>
      <w:r w:rsidR="00117B19">
        <w:rPr>
          <w:lang w:val="it-IT"/>
        </w:rPr>
        <w:t xml:space="preserve"> si orice alte documente necesare</w:t>
      </w:r>
      <w:r w:rsidRPr="00117B19">
        <w:rPr>
          <w:lang w:val="it-IT"/>
        </w:rPr>
        <w:t>), precum și efectuării transportului în numele firmei noastre.</w:t>
      </w:r>
      <w:r w:rsidRPr="00117B19">
        <w:rPr>
          <w:lang w:val="it-IT"/>
        </w:rPr>
        <w:br/>
      </w:r>
    </w:p>
    <w:p w14:paraId="11447D91" w14:textId="5EB61EA8" w:rsidR="00D562E7" w:rsidRPr="00117B19" w:rsidRDefault="00000000">
      <w:pPr>
        <w:rPr>
          <w:lang w:val="it-IT"/>
        </w:rPr>
      </w:pPr>
      <w:r w:rsidRPr="00117B19">
        <w:rPr>
          <w:lang w:val="it-IT"/>
        </w:rPr>
        <w:t>Valabilitate delegație: ___ zile, începând cu data de ___/___/20___ până la ___/___/20___.</w:t>
      </w:r>
    </w:p>
    <w:p w14:paraId="0B91E10C" w14:textId="0BC30094" w:rsidR="00D562E7" w:rsidRPr="00117B19" w:rsidRDefault="00000000">
      <w:pPr>
        <w:rPr>
          <w:lang w:val="it-IT"/>
        </w:rPr>
      </w:pPr>
      <w:r w:rsidRPr="00117B19">
        <w:rPr>
          <w:lang w:val="it-IT"/>
        </w:rPr>
        <w:t>Delegatul se va legitima cu cartea de identitate menționată mai sus.</w:t>
      </w:r>
    </w:p>
    <w:p w14:paraId="767333C4" w14:textId="77777777" w:rsidR="00D562E7" w:rsidRPr="00117B19" w:rsidRDefault="00000000">
      <w:pPr>
        <w:rPr>
          <w:lang w:val="pt-BR"/>
        </w:rPr>
      </w:pPr>
      <w:r w:rsidRPr="00117B19">
        <w:rPr>
          <w:lang w:val="pt-BR"/>
        </w:rPr>
        <w:t>Semnătura administratorului:</w:t>
      </w:r>
    </w:p>
    <w:p w14:paraId="3C95DF10" w14:textId="77777777" w:rsidR="00D562E7" w:rsidRPr="00117B19" w:rsidRDefault="00000000">
      <w:pPr>
        <w:rPr>
          <w:lang w:val="pt-BR"/>
        </w:rPr>
      </w:pPr>
      <w:r w:rsidRPr="00117B19">
        <w:rPr>
          <w:lang w:val="pt-BR"/>
        </w:rPr>
        <w:t>.................................................</w:t>
      </w:r>
      <w:r w:rsidRPr="00117B19">
        <w:rPr>
          <w:lang w:val="pt-BR"/>
        </w:rPr>
        <w:br/>
      </w:r>
    </w:p>
    <w:p w14:paraId="5C9B4233" w14:textId="77777777" w:rsidR="00D562E7" w:rsidRPr="00117B19" w:rsidRDefault="00000000">
      <w:pPr>
        <w:rPr>
          <w:lang w:val="pt-BR"/>
        </w:rPr>
      </w:pPr>
      <w:r w:rsidRPr="00117B19">
        <w:rPr>
          <w:lang w:val="pt-BR"/>
        </w:rPr>
        <w:t>Nume administrator (în clar):</w:t>
      </w:r>
    </w:p>
    <w:p w14:paraId="4B47931E" w14:textId="103B360F" w:rsidR="00D562E7" w:rsidRDefault="00000000">
      <w:r>
        <w:t>__________________________________</w:t>
      </w:r>
    </w:p>
    <w:p w14:paraId="21231FA6" w14:textId="5A78F435" w:rsidR="00D562E7" w:rsidRDefault="00000000">
      <w:r>
        <w:t>Ștampila societății:</w:t>
      </w:r>
    </w:p>
    <w:sectPr w:rsidR="00D562E7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7E895" w14:textId="77777777" w:rsidR="00322D5C" w:rsidRDefault="00322D5C" w:rsidP="00117B19">
      <w:pPr>
        <w:spacing w:after="0" w:line="240" w:lineRule="auto"/>
      </w:pPr>
      <w:r>
        <w:separator/>
      </w:r>
    </w:p>
  </w:endnote>
  <w:endnote w:type="continuationSeparator" w:id="0">
    <w:p w14:paraId="33DCDA50" w14:textId="77777777" w:rsidR="00322D5C" w:rsidRDefault="00322D5C" w:rsidP="00117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228755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5199BAB" w14:textId="77777777" w:rsidR="00117B19" w:rsidRDefault="00117B19">
            <w:pPr>
              <w:pStyle w:val="Footer"/>
              <w:jc w:val="right"/>
            </w:pPr>
            <w:r>
              <w:t xml:space="preserve">Pag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90B9678" w14:textId="77777777" w:rsidR="00117B19" w:rsidRDefault="00117B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97F42" w14:textId="77777777" w:rsidR="00322D5C" w:rsidRDefault="00322D5C" w:rsidP="00117B19">
      <w:pPr>
        <w:spacing w:after="0" w:line="240" w:lineRule="auto"/>
      </w:pPr>
      <w:r>
        <w:separator/>
      </w:r>
    </w:p>
  </w:footnote>
  <w:footnote w:type="continuationSeparator" w:id="0">
    <w:p w14:paraId="79AF6FFE" w14:textId="77777777" w:rsidR="00322D5C" w:rsidRDefault="00322D5C" w:rsidP="00117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9642666">
    <w:abstractNumId w:val="8"/>
  </w:num>
  <w:num w:numId="2" w16cid:durableId="1772430577">
    <w:abstractNumId w:val="6"/>
  </w:num>
  <w:num w:numId="3" w16cid:durableId="1191916416">
    <w:abstractNumId w:val="5"/>
  </w:num>
  <w:num w:numId="4" w16cid:durableId="2116897127">
    <w:abstractNumId w:val="4"/>
  </w:num>
  <w:num w:numId="5" w16cid:durableId="317614239">
    <w:abstractNumId w:val="7"/>
  </w:num>
  <w:num w:numId="6" w16cid:durableId="540095985">
    <w:abstractNumId w:val="3"/>
  </w:num>
  <w:num w:numId="7" w16cid:durableId="1971326570">
    <w:abstractNumId w:val="2"/>
  </w:num>
  <w:num w:numId="8" w16cid:durableId="190606667">
    <w:abstractNumId w:val="1"/>
  </w:num>
  <w:num w:numId="9" w16cid:durableId="641152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7B19"/>
    <w:rsid w:val="0015074B"/>
    <w:rsid w:val="0029639D"/>
    <w:rsid w:val="00322D5C"/>
    <w:rsid w:val="00326F90"/>
    <w:rsid w:val="00A54748"/>
    <w:rsid w:val="00AA1D8D"/>
    <w:rsid w:val="00B47730"/>
    <w:rsid w:val="00CB0664"/>
    <w:rsid w:val="00D562E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C602091"/>
  <w14:defaultImageDpi w14:val="300"/>
  <w15:docId w15:val="{2B57C5D5-28CA-45F7-B644-6ABFEBA21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IFE CONSULTING</cp:lastModifiedBy>
  <cp:revision>2</cp:revision>
  <dcterms:created xsi:type="dcterms:W3CDTF">2013-12-23T23:15:00Z</dcterms:created>
  <dcterms:modified xsi:type="dcterms:W3CDTF">2025-06-27T09:35:00Z</dcterms:modified>
  <cp:category/>
</cp:coreProperties>
</file>